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right"/>
        <w:pBdr>
          <w:bottom w:val="single" w:sz="8" w:color="B8BEC3" w:space="11"/>
        </w:pBdr>
      </w:pPr>
      <w:r>
        <w:rPr>
          <w:rFonts w:ascii="Arial" w:hAnsi="Arial"/>
          <w:b/>
          <w:color w:val="54595D"/>
          <w:sz w:val="18"/>
        </w:rPr>
        <w:t>ПРЕСС-РЕЛИЗ</w:t>
      </w:r>
    </w:p>
    <w:p>
      <w:pPr>
        <w:keepNext/>
        <w:spacing w:before="220" w:after="280" w:line="271" w:lineRule="auto"/>
      </w:pPr>
      <w:r>
        <w:rPr>
          <w:b/>
          <w:color w:val="192026"/>
          <w:sz w:val="32"/>
        </w:rPr>
        <w:t>В России завершается печать детского научно-популярного сборника «Сказки от учёных».</w:t>
      </w:r>
    </w:p>
    <w:p>
      <w:pPr>
        <w:spacing w:after="260"/>
      </w:pPr>
      <w:r>
        <w:rPr>
          <w:b/>
          <w:color w:val="192026"/>
          <w:sz w:val="22"/>
        </w:rPr>
        <w:t>Книгу выпускает старейшее и главное научное издательство страны — «Наука». В нее войдут восемь историй, которые знакомят юных читателей с научными открытиями и явлениями через художественные сюжеты.</w:t>
      </w:r>
    </w:p>
    <w:p>
      <w:pPr>
        <w:spacing w:after="180"/>
      </w:pPr>
      <w:r>
        <w:t>Авторами сказок стали учёные Сколтеха. Среди них — физики Фёдор Фёдоров, написавший историю об электронном носе, и Дмитрий Коломенский, автор сказки «Как жук полетел».</w:t>
      </w:r>
    </w:p>
    <w:p>
      <w:pPr>
        <w:spacing w:after="180"/>
      </w:pPr>
      <w:r>
        <w:t>Каждая история получила собственное художественное оформление. Помимо сказок, в сборник вошли научные комментарии, тесты и интерактивные задания, которые помогут читателям разобраться в научных принципах, лежащих в основе сюжетов.</w:t>
      </w:r>
    </w:p>
    <w:p>
      <w:pPr>
        <w:spacing w:after="180"/>
      </w:pPr>
      <w:r>
        <w:t>Например, история об электронном носе написанная физиком Федором Федоровым раскрывает принцип работы технологии распознавания запахов. При жизнедеятельности бактерий в продуктах образуются летучие соединения, состав которых меняется по мере порчи. Эти изменения можно зафиксировать и преобразовать в измеряемый сигнал.</w:t>
      </w:r>
    </w:p>
    <w:p>
      <w:pPr>
        <w:spacing w:after="180"/>
      </w:pPr>
      <w:r>
        <w:t>Сказка ученого Дмитрия Коломенского  «Как жук полетел» знакомит с физикой полёта насекомых. Движение крыльев формирует сложные потоки воздуха и вихри, создающие подъёмную силу, необходимую для полёта.</w:t>
      </w:r>
    </w:p>
    <w:p>
      <w:pPr>
        <w:spacing w:after="180"/>
      </w:pPr>
      <w:r>
        <w:t>«Мы хотели создать не просто сборник сказочных текстов, а интересную, познавательную и развивающую книгу. Мы работаем для того, чтобы наука была доступной и увлекательной не только для взрослых, но и для детей», — отметила директор по издательской деятельности издательства «Наука» Анастасия Айдакова.</w:t>
      </w:r>
    </w:p>
    <w:p>
      <w:pPr>
        <w:spacing w:after="180"/>
      </w:pPr>
      <w:r>
        <w:t>Книга скоро станет доступна детям и взрослым для самостоятельного чтения и семейного досуга.</w:t>
      </w:r>
    </w:p>
    <w:p>
      <w:pPr>
        <w:spacing w:before="140" w:after="280"/>
      </w:pPr>
      <w:r>
        <w:rPr>
          <w:b/>
        </w:rPr>
        <w:t>Проект реализуется при поддержке Министерства науки и высшего образования Российской Федерации в рамках Десятилетия науки и технологий.</w:t>
      </w:r>
    </w:p>
    <w:p>
      <w:pPr>
        <w:keepNext/>
        <w:spacing w:before="140" w:after="80"/>
      </w:pPr>
      <w:r>
        <w:rPr>
          <w:b/>
        </w:rPr>
        <w:t>Пресс-служба Лейла Джумалиева</w:t>
      </w:r>
    </w:p>
    <w:p>
      <w:pPr>
        <w:keepNext/>
        <w:spacing w:after="20"/>
      </w:pPr>
      <w:r>
        <w:rPr>
          <w:sz w:val="20"/>
        </w:rPr>
        <w:t>+7 938 347 6611</w:t>
      </w:r>
    </w:p>
    <w:p>
      <w:pPr>
        <w:spacing w:after="20"/>
      </w:pPr>
      <w:r>
        <w:rPr>
          <w:sz w:val="20"/>
        </w:rPr>
        <w:t>l.dzhumalieva@naukaran.ru</w:t>
      </w:r>
    </w:p>
    <w:sectPr w:rsidR="00FC693F" w:rsidRPr="0006063C" w:rsidSect="00034616">
      <w:pgSz w:w="11906" w:h="16838"/>
      <w:pgMar w:top="1077" w:right="1304" w:bottom="1020" w:left="1361" w:header="51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80"/>
    </w:pPr>
    <w:rPr>
      <w:rFonts w:ascii="Arial" w:hAnsi="Arial"/>
      <w:color w:val="1F24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России завершается печать детского научно-популярного сборника «Сказки от учёных».</dc:title>
  <dc:subject>Пресс-релиз: Сказки от учёных</dc:subject>
  <dc:creator>Эльдар Алиев</dc:creator>
  <cp:keywords>Наука, Сказки от учёных, пресс-релиз</cp:keywords>
  <dc:description>generated by python-docx</dc:description>
  <cp:lastModifiedBy>Эльдар Алиев</cp:lastModifiedBy>
  <cp:revision>1</cp:revision>
  <dcterms:created xsi:type="dcterms:W3CDTF">2013-12-23T23:15:00Z</dcterms:created>
  <dcterms:modified xsi:type="dcterms:W3CDTF">2013-12-23T23:15:00Z</dcterms:modified>
  <cp:category/>
</cp:coreProperties>
</file>